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FORMULARZ ODSTĄPIENIA OD UMOWY</w:t>
      </w:r>
    </w:p>
    <w:p>
      <w:r>
        <w:rPr>
          <w:b/>
        </w:rPr>
        <w:t>Adresat:</w:t>
        <w:br/>
      </w:r>
      <w:r>
        <w:t>IWMAR S.C. Marzena Kotas, Sylwester Łęcki</w:t>
        <w:br/>
      </w:r>
      <w:r>
        <w:t>ul. Poziomkowa 36</w:t>
        <w:br/>
      </w:r>
      <w:r>
        <w:t>97-545 Karkoszki</w:t>
        <w:br/>
      </w:r>
      <w:r>
        <w:t>e-mail: kontakt@iwmar-akcesoria.pl</w:t>
        <w:br/>
        <w:br/>
      </w:r>
    </w:p>
    <w:p>
      <w:r>
        <w:t>Ja/My (*) niniejszym informuję/informujemy (*) o odstąpieniu od umowy sprzedaży następujących produktów:</w:t>
      </w:r>
    </w:p>
    <w:p>
      <w:r>
        <w:br/>
        <w:t>..............................................................</w:t>
        <w:br/>
      </w:r>
    </w:p>
    <w:p>
      <w:r>
        <w:t>Data zamówienia: ..............................................</w:t>
      </w:r>
    </w:p>
    <w:p>
      <w:r>
        <w:t>Data odbioru: ................................................</w:t>
      </w:r>
    </w:p>
    <w:p>
      <w:r>
        <w:t>Imię i nazwisko konsumenta:</w:t>
      </w:r>
    </w:p>
    <w:p>
      <w:r>
        <w:t>..............................................................</w:t>
      </w:r>
    </w:p>
    <w:p>
      <w:r>
        <w:t>Adres:</w:t>
      </w:r>
    </w:p>
    <w:p>
      <w:r>
        <w:t>..............................................................</w:t>
      </w:r>
    </w:p>
    <w:p>
      <w:r>
        <w:t>..............................................................</w:t>
      </w:r>
    </w:p>
    <w:p>
      <w:r>
        <w:t>Numer telefonu:</w:t>
      </w:r>
    </w:p>
    <w:p>
      <w:r>
        <w:t>..............................................................</w:t>
      </w:r>
    </w:p>
    <w:p>
      <w:r>
        <w:t>Adres e-mail:</w:t>
      </w:r>
    </w:p>
    <w:p>
      <w:r>
        <w:t>..............................................................</w:t>
      </w:r>
    </w:p>
    <w:p>
      <w:r>
        <w:t>Numer rachunku bankowego do zwrotu środków:</w:t>
      </w:r>
    </w:p>
    <w:p>
      <w:r>
        <w:t>..............................................................</w:t>
      </w:r>
    </w:p>
    <w:p>
      <w:r>
        <w:t>Data: ........................................................</w:t>
      </w:r>
    </w:p>
    <w:p>
      <w:r>
        <w:t>Podpis konsumenta (tylko dla formularza papierowego):</w:t>
      </w:r>
    </w:p>
    <w:p>
      <w:r>
        <w:t>..............................................................</w:t>
      </w:r>
    </w:p>
    <w:p>
      <w:r>
        <w:br/>
        <w:t>(*) Niepotrzebne skreślić.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